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עוזר לי במקום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שש דרכים שעוזרות להרגיש טוב במקום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 דרך לפעולה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לבחור דרך שמתאימה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זה עוזר לשכל להתרגל לשפה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לספר למישהו מה אני מרגיש/ה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שינה טובה היא חלק מהטיפול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ריצה בחוץ שייכת לגוף, לא לדמיון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(לזוז ולשחק 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(ללמוד מילים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(לספר מה אני מרגיש/ה)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(להגיד לעצמי אני יכול/ה)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למה שאני מרגיש/ה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דרך שיכולה לעזור, כמו גוף או 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חשוב שתכלול שם של אחת משש הדרכים ודוגמה מהחיים של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 מתוך גוף שכל רגש אמונה חברה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לפנות למורה או ליועצת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כללית: מה עוזר לכם כשמרגישים לא נוח במקום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לבחור ⭐ בעצמם ולשתף בזוגות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להתמקד בחלקי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עוזר לי במקום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כשעוברים לגור במקום חדש הכל יכול להרגיש קצת מוזר. בדף הזה יש שש דרכים שיכולות לעזור להרגיש יותר טוב: גוף, שכל, רגש, אמונה, חברה ודמיון.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שכל  ·  גוף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טוב ללמוד שלוש מילים חדשות כל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 עוזר לשכל להתרגל לשפה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זה עוזר לגוף לזוז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 עוזר לדמיון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אפשר לעזור לרגש שלי כשקשה 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לספר למישהו מה אני מרגיש/ה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גוף עוזר לי כשאני ישן/ה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דמיון עוזר לי כשאני רץ/ה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חברה עוזרת לי כשאני יושב/ת ליד חבר או חברה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לעזור ל__________ אפשר לזוז ולשחק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לעזור ל__________ אפשר ללמוד שלוש מילים חדשות כל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ללמוד מילים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להגיד לעצמי אני יכול/ה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לזוז ולשחק 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לספר מה אני מרגיש/ה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דרך שיכולה לעזור, כמו גוף או חברה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למה שאני מרגיש/ה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את הדרך שהכי עוזרת לכם וכתבו שלוש שורות: מה היא, למה היא עוזרת, ומתי תשתמשו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שלוש מתוך שש הדרכים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דרך הכי עוזרת לכם?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עוזר לי במקום 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